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רשימת נספחים — תביעה לקביעת דרגת נכות מעבודה</w:t>
      </w:r>
    </w:p>
    <w:p>
      <w:r>
        <w:t>הנפגע: אלון דהן, ת״ז 038459475</w:t>
      </w:r>
    </w:p>
    <w:p>
      <w:r>
        <w:t>תאונה מיום 13/03/2026 | תיק מל״ל: 38459475-60-01 | הכרה: 27/08/2026</w:t>
      </w:r>
    </w:p>
    <w:p>
      <w:r>
        <w:t>הפגימות שהוכרו: חבלה בצלע 3 צד שמאל וכתף שמאל</w:t>
      </w:r>
    </w:p>
    <w:p>
      <w:r>
        <w:t>עודכן: 28/09/2026 21:38 (שעון ישראל) | סה״כ נספחים: 21</w:t>
      </w:r>
    </w:p>
    <w:p/>
    <w:p>
      <w:r>
        <w:t>נספח 1 — מכתב הכרה מהמל״ל (חבלה בצלע 3 שמאל + כתף שמאל; תאונה 13/03/2026)</w:t>
      </w:r>
    </w:p>
    <w:p>
      <w:r>
        <w:t>נספח 2 — ייפוי כוח ווס״ר חתומים</w:t>
      </w:r>
    </w:p>
    <w:p>
      <w:r>
        <w:t>נספח 3 — ייפוי כוח לאתר המל״ל</w:t>
      </w:r>
    </w:p>
    <w:p>
      <w:r>
        <w:t>נספח 4 — תביעה לדמי פגיעה (בל/211)</w:t>
      </w:r>
    </w:p>
    <w:p>
      <w:r>
        <w:t>נספח 5 — סיכום אשפוז / מיון</w:t>
      </w:r>
    </w:p>
    <w:p>
      <w:r>
        <w:t>נספח 6 — דוח פציעה</w:t>
      </w:r>
    </w:p>
    <w:p>
      <w:r>
        <w:t>נספח 7 — אישור משטרה</w:t>
      </w:r>
    </w:p>
    <w:p>
      <w:r>
        <w:t>נספח 8 — סיכום ביקור כתף 22/09/2026</w:t>
      </w:r>
    </w:p>
    <w:p>
      <w:r>
        <w:t>נספח 9 — סיכום טרום הרדמה 22/09/2026</w:t>
      </w:r>
    </w:p>
    <w:p>
      <w:r>
        <w:t>נספח 10 — המלצה לניתוח</w:t>
      </w:r>
    </w:p>
    <w:p>
      <w:r>
        <w:t>נספח 11 — זימון לניתוח</w:t>
      </w:r>
    </w:p>
    <w:p>
      <w:r>
        <w:t>נספח 12 — הפניה למומחה כתף</w:t>
      </w:r>
    </w:p>
    <w:p>
      <w:r>
        <w:t>נספח 13 — הפניה ל-CT</w:t>
      </w:r>
    </w:p>
    <w:p>
      <w:r>
        <w:t>נספח 14 — הפניה לרנטגן</w:t>
      </w:r>
    </w:p>
    <w:p>
      <w:r>
        <w:t>נספח 15 — הפניה לפיזיו</w:t>
      </w:r>
    </w:p>
    <w:p>
      <w:r>
        <w:t>נספח 16 — תיעוד רפואי</w:t>
      </w:r>
    </w:p>
    <w:p>
      <w:r>
        <w:t>נספח 17 — צילום כתף</w:t>
      </w:r>
    </w:p>
    <w:p>
      <w:r>
        <w:t>נספח 18 — טופס בל</w:t>
      </w:r>
    </w:p>
    <w:p>
      <w:r>
        <w:t>נספח 19 — טופס 100</w:t>
      </w:r>
    </w:p>
    <w:p>
      <w:r>
        <w:t>נספח 20 — משפחה</w:t>
      </w:r>
    </w:p>
    <w:p>
      <w:r>
        <w:t>נספח 21 — נספח_21_טרם_נעשה_שימוש_(32)1790056085353_comtec.pdf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